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Как проверить, установлен ли TrueConf</w:t>
      </w:r>
    </w:p>
    <w:p>
      <w:pPr>
        <w:jc w:val="center"/>
      </w:pPr>
      <w:r>
        <w:rPr>
          <w:color w:val="646464"/>
          <w:sz w:val="24"/>
        </w:rPr>
        <w:t>Пошаговая инструкция с скриншотами</w:t>
        <w:br/>
        <w:t>для iOS и Android</w:t>
      </w:r>
    </w:p>
    <w:p/>
    <w:p>
      <w:pPr>
        <w:pStyle w:val="Heading2"/>
      </w:pPr>
      <w:r>
        <w:t>iOS (iPhone/iPad)</w:t>
      </w:r>
    </w:p>
    <w:p>
      <w:pPr>
        <w:pStyle w:val="Heading3"/>
      </w:pPr>
      <w:r>
        <w:t>Шаг 1: Откройте App Store</w:t>
      </w:r>
    </w:p>
    <w:p>
      <w:r>
        <w:t>На главном экране iPhone/iPad найдите и откройте приложение App Store (синяя иконка с буквой "A").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114800" cy="904973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g_1de035561974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9049732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3"/>
      </w:pPr>
      <w:r>
        <w:t>Шаг 2: Перейдите в раздел поиска</w:t>
      </w:r>
    </w:p>
    <w:p>
      <w:r>
        <w:t>В нижней панели навигации нажмите на вкладку «Поиск» (иконка лупы).</w:t>
      </w:r>
    </w:p>
    <w:p>
      <w:pPr>
        <w:pStyle w:val="Heading3"/>
      </w:pPr>
      <w:r>
        <w:t>Шаг 3: Введите название приложения</w:t>
      </w:r>
    </w:p>
    <w:p>
      <w:r>
        <w:t>В строке поиска в верху экрана введите: trueconf</w:t>
        <w:br/>
        <w:t>Или «Труконф».</w:t>
      </w:r>
    </w:p>
    <w:p>
      <w:pPr>
        <w:pStyle w:val="Heading3"/>
      </w:pPr>
      <w:r>
        <w:t>Шаг 4: Найдите приложение TrueConf</w:t>
      </w:r>
    </w:p>
    <w:p>
      <w:r>
        <w:t>В результатах поиска найдите первое приложение:</w:t>
        <w:br/>
        <w:t>• Иконка: бирюзовый квадрат с тремя белыми силуэтами людей</w:t>
        <w:br/>
        <w:t>• Название: «Труконф: мессенджер и ВКС»</w:t>
        <w:br/>
        <w:t>• Подзаголовок: «Настоящие видеоконференции»</w:t>
        <w:br/>
        <w:t>• Разработчик: Secure meetings UAB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114800" cy="890438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g_8fbd43f9cd2f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8904385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3"/>
      </w:pPr>
      <w:r>
        <w:t>Шаг 5: Проверьте кнопку</w:t>
      </w:r>
    </w:p>
    <w:p>
      <w:r>
        <w:t>Посмотрите на кнопку справа от названия приложения:</w:t>
      </w:r>
    </w:p>
    <w:p>
      <w:pPr>
        <w:pStyle w:val="ListBullet"/>
      </w:pPr>
      <w:r>
        <w:rPr>
          <w:b/>
        </w:rPr>
        <w:t>📲 Кнопка «Открыть» (серая)</w:t>
      </w:r>
      <w:r>
        <w:t xml:space="preserve"> — TrueConf УСТАНОВЛЕН. Можно запускать.</w:t>
      </w:r>
    </w:p>
    <w:p>
      <w:pPr>
        <w:pStyle w:val="ListBullet"/>
      </w:pPr>
      <w:r>
        <w:rPr>
          <w:b/>
        </w:rPr>
        <w:t>📲 Кнопка «Загрузить» (синяя с облаком)</w:t>
      </w:r>
      <w:r>
        <w:t xml:space="preserve"> — TrueConf НЕ УСТАНОВЛЕН. Нужно скачать.</w:t>
      </w:r>
    </w:p>
    <w:p/>
    <w:p>
      <w:pPr>
        <w:pStyle w:val="Heading2"/>
      </w:pPr>
      <w:r>
        <w:t>Android</w:t>
      </w:r>
    </w:p>
    <w:p>
      <w:pPr>
        <w:pStyle w:val="Heading3"/>
      </w:pPr>
      <w:r>
        <w:t>Шаг 1: Откройте RuStore</w:t>
      </w:r>
    </w:p>
    <w:p>
      <w:r>
        <w:t>На главном экране Android найдите и откройте приложение RuStore (синяя иконка с белым кубом).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114800" cy="9049732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g_1de035561974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9049732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3"/>
      </w:pPr>
      <w:r>
        <w:t>Шаг 2: Перейдите в раздел поиска</w:t>
      </w:r>
    </w:p>
    <w:p>
      <w:r>
        <w:t>Вверху экрана нажмите на строку поиска (серое поле с лупой).</w:t>
        <w:br/>
        <w:t>Или нажмите на вкладку «Приложения» в нижней панели.</w:t>
      </w:r>
    </w:p>
    <w:p>
      <w:pPr>
        <w:pStyle w:val="Heading3"/>
      </w:pPr>
      <w:r>
        <w:t>Шаг 3: Введите название приложения</w:t>
      </w:r>
    </w:p>
    <w:p>
      <w:r>
        <w:t>В строке поиска в верху экрана введите: trueconf</w:t>
        <w:br/>
        <w:t>Или «Труконф».</w:t>
      </w:r>
    </w:p>
    <w:p>
      <w:pPr>
        <w:pStyle w:val="Heading3"/>
      </w:pPr>
      <w:r>
        <w:t>Шаг 4: Найдите приложение TrueConf</w:t>
      </w:r>
    </w:p>
    <w:p>
      <w:r>
        <w:t>В результатах поиска найдите первое приложение:</w:t>
        <w:br/>
        <w:t>• Иконка: бирюзовый квадрат с тремя белыми силуэтами людей</w:t>
        <w:br/>
        <w:t>• Название: «Труконф: мессенджер и ВКС»</w:t>
        <w:br/>
        <w:t>• Подзаголовок: «Настоящие видеоконференции»</w:t>
        <w:br/>
        <w:t>• Разработчик: Secure meetings UAB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114800" cy="9049732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g_a4b0aaa9083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9049732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114800" cy="9049732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g_eea37dbccaa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9049732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3"/>
      </w:pPr>
      <w:r>
        <w:t>Шаг 5: Проверьте кнопку</w:t>
      </w:r>
    </w:p>
    <w:p>
      <w:r>
        <w:t>Посмотрите на кнопку справа от названия приложения:</w:t>
      </w:r>
    </w:p>
    <w:p>
      <w:pPr>
        <w:pStyle w:val="ListBullet"/>
      </w:pPr>
      <w:r>
        <w:rPr>
          <w:b/>
        </w:rPr>
        <w:t>📲 Кнопка «Открыть» (серая)</w:t>
      </w:r>
      <w:r>
        <w:t xml:space="preserve"> — TrueConf УСТАНОВЛЕН. Можно запускать.</w:t>
      </w:r>
    </w:p>
    <w:p>
      <w:pPr>
        <w:pStyle w:val="ListBullet"/>
      </w:pPr>
      <w:r>
        <w:rPr>
          <w:b/>
        </w:rPr>
        <w:t>📲 Кнопка «Скачать» (синяя)</w:t>
      </w:r>
      <w:r>
        <w:t xml:space="preserve"> — TrueConf НЕ УСТАНОВЛЕН. Нужно скачать.</w:t>
      </w:r>
    </w:p>
    <w:p>
      <w:pPr>
        <w:pStyle w:val="ListBullet"/>
      </w:pPr>
      <w:r>
        <w:rPr>
          <w:b/>
        </w:rPr>
        <w:t>📲 Кнопка «Обновить» (серая)</w:t>
      </w:r>
      <w:r>
        <w:t xml:space="preserve"> — TrueConf установлен, но есть обновление.</w:t>
      </w:r>
    </w:p>
    <w:p/>
    <w:p>
      <w:pPr>
        <w:pStyle w:val="Heading2"/>
      </w:pPr>
      <w:r>
        <w:t>Итог</w:t>
      </w:r>
    </w:p>
    <w:p>
      <w:r>
        <w:t>Если кнопка «Открыть» — приложение уже на устройстве.</w:t>
        <w:br/>
        <w:t>Если кнопка «Загрузить»/«Скачать» — приложение ещё не установлено.</w:t>
      </w:r>
    </w:p>
    <w:p/>
    <w:p>
      <w:pPr>
        <w:jc w:val="center"/>
      </w:pPr>
      <w:r>
        <w:rPr>
          <w:color w:val="969696"/>
          <w:sz w:val="20"/>
        </w:rPr>
        <w:t>© АО ХК Сибцем, 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